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הערכה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תפקיד הלמידה והידע כש-AI זמין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בשאלות של הוגנות, אחריות ושימוש נכון בכלי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דעה מנומקת בעל פה ובכתב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מידע הוא עובדות, ידע הוא הבנה עמוקה של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כשמסתירים את השימוש ומציגים את העבודה כעצמאית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מעקב אחרי השלבים, הטיוטות והשיפור לאורך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נטייה לא הוגנת בתשובות בגלל המידע שעליו הכלי התאמן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לנסח מחשבות, לשכנע ולבטא רעיונות באופן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זה תלוי איך משתמשים בו - יכול לעזור או להחליש חשיבה עצמאית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השאלה שמופיעה בקלף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קלף 4 מבקש לנסח כלל - כלומר יש הבדל בין שימוש הוגן ללא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בקלף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שאלת הרפלקציה בקלף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קלפים על רפלקציה אישית כמו קלף 7 ו-9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מנוסחת השאלה בקלף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שאלה ושאלת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(מה עדיין שווה ללמוד לכתוב?)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(או רק תוצאה?)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(נסחו כלל)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(איפה AI עוזר ואיפה לא?)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(איך זה משפיע עלינו?)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- בדיקת תשובת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התשובה שקיבלתם מה-AI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אם המידע נכון מול מקור אמין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לשאול את עצמכם אם התשובה הגיונית ומתאימה לשאלה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להשוות את התשובה להבנה שלכם ולתקן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לכתוב את התשובה הסופית במילים 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מנומקת המתייחסת לאחד הקלפים, למשל נימוק לגבי כתיבה עצמאית או הוגנות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דוגמה קונקרטית המראה 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כלל שמבחין בין עזרה בהבנה או עריכה לבין הגשת תוצר שלם שנכתב כולו על ידי 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פסקה מחוברת היטב הכוללת רעיון לגבי שינוי אפשרי בהערכה וגם ערך שחשוב לשמר כמו חשיבה עצמאית או יושר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מבין שידע הוא הבנה אישית ולא רק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נותן דוגמה ברורה המבחינה בין עזרה לגיטימית להעתקה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משקף מודעות לתהליך הלמידה האישי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סיבוב הגלגל ולבחור קלף אקראי לדיון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קטנות לדיון בקלפים לפני כתיבת התשובות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להביא דוגמאות אישיות משימוש ב-AI בלמידה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הערכה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12 קלפי שיח שעוסקים בשאלות על AI, למידה והערכה בבית הספר. התרגילים יעזרו לכם להבין את השאלות לעומק ולהתכונן לדיון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קלף מספר 5 שואל על ההבדל בין מידע לידע. מה ההבדל העיקרי?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מידע הוא עובדות, ידע הוא הבנה עמוקה של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מידע קיים רק בספרים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ידע אפשר למצוא רק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קלף 4, מתי שימוש ב-AI נחשב רמאות?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כשמשתמשים בו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כשמסתירים את השימוש ומציגים את העבודה כעצמאית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כשמבקשים ממנו רעיון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כשמשתמשים בו בשיעור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קלף 2 שואל אם ציון צריך לשקף תהליך או תוצאה. מהי דוגמה להערכת 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הציון הסופי בבוחן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מעקב אחרי השלבים, הטיוטות והשיפור לאורך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זמן לקח להדפיס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הכתב יד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קלף 10, מהי 'הטיה' בכלי 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שגיאת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נטייה לא הוגנת בתשובות בגלל המידע שעליו הכלי התאמן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בעיה בחיבור לאינטרנט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לא נכון במסך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קלף 1 שואל מה עדיין שווה ללמוד לכתוב בעצמנו. איזו תשובה הכי הגיונית?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דבר, אין טעם ללמוד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לנסח מחשבות, לשכנע ולבטא רעיונות באופן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איך להעתיק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להדפיס מסמך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קלף 8 שואל אם AI הופך אותנו לחכמים או לעצלים. מהי תשובה מאוזנת?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AI תמיד מזיק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AI תמיד עוזר בלי שום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תלוי איך משתמשים בו - יכול לעזור או להחליש חשיבה עצמאית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AI לא קשור ללמידה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3 שואל מי אחראי לטעות בעבודה שנעזרה ב-AI - התלמיד, הכלי או המורה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קלפי השיח, כל שימוש ב-AI בעבודת בית הוא רמאות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6 מבקש לתאר 3 צעדים לבדיקת תשובת 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11 עוסק בשאלה מה התלמיד היה רוצה שהמורה יעריך בעבודתו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הקלפים עוסקים רק בעתיד הטכנולוגי ולא בתהליך הלמידה האישי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12 שואל איך תיראה הערכה בבית הספר בעוד 10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שאלה ושאלת 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אם AI יכול לכתוב חיבור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זה משפיע עלינו?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האם ציון צריך לשקף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נסחו כלל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 שימוש ב-AI הוא רמאות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איפה AI עוזר ואיפה לא?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ההבדל בין מידע לידע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 רק תוצאה?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אילו הטיות עלולות להיות בכלי AI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עדיין שווה ללמוד לכתוב?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- בדיקת תשובת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עצמכם אם התשובה הגיונית ומתאימה לשאלה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להשוות את התשובה להבנה שלכם ולתקן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התשובה שקיבלתם מה-AI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התשובה הסופית במילים 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המידע נכון מול מקור אמין נוסף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מקלפי השיח (1-12) וכתבו תשובה קצרה לשאלה שבו, עם נימוק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קלף 7 - איזו מיומנות שלכם התחזקה השנה בלמידה? איך אתם יודעים?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נסחו כלל ברור: מתי שימוש ב-AI בעבודת בית הוא הוגן ומתי הוא לא (קלף 4)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קלף 12 שואל איך תיראה הערכה בבית הספר בעוד 10 שנים. כתבו פסקה קצרה המתארת את החזון שלכם, וציינו מה חשוב שיישאר גם אז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מידע לידע, לפי הדיון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לשימוש הוגן ב-AI ודוגמה אחת לשימוש לא הוגן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רוצים שיוערך בעבודה שלכם,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על הערכה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