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על הערכה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תפקיד הלמידה והידע כש-AI זמין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בשאלות של הוגנות, אחריות ושימוש נכון בכלי 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דעה מנומקת בעל פה ובכתב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מידע הוא עובדות, ידע הוא הבנה עמוקה של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כשמסתירים את השימוש ומציגים את העבודה כעצמאית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מעקב אחרי השלבים, הטיוטות והשיפור לאורך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נטייה לא הוגנת בתשובות בגלל המידע שעליו הכלי התאמן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לנסח מחשבות, לשכנע ולבטא רעיונות באופן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זה תלוי איך משתמשים בו - יכול לעזור או להחליש חשיבה עצמאית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השאלה שמופיעה בקלף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קלף 4 מבקש לנסח כלל - כלומר יש הבדל בין שימוש הוגן ללא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בקלף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שאלת הרפלקציה בקלף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קלפים על רפלקציה אישית כמו קלף 7 ו-9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מנוסחת השאלה בקלף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שאלה ושאלת 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(מה עדיין שווה ללמוד לכתוב?)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(או רק תוצאה?)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(נסחו כלל)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(איפה AI עוזר ואיפה לא?)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(איך זה משפיע עלינו?)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 - בדיקת תשובת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התשובה שקיבלתם מה-AI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אם המידע נכון מול מקור אמין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לשאול את עצמכם אם התשובה הגיונית ומתאימה לשאלה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להשוות את התשובה להבנה שלכם ולתקן אם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לכתוב את התשובה הסופית במילים שלכם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מנומקת המתייחסת לאחד הקלפים, למשל נימוק לגבי כתיבה עצמאית או הוגנות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דוגמה קונקרטית המראה שיפור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כלל שמבחין בין עזרה בהבנה או עריכה לבין הגשת תוצר שלם שנכתב כולו על ידי AI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פסקה מחוברת היטב הכוללת רעיון לגבי שינוי אפשרי בהערכה וגם ערך שחשוב לשמר כמו חשיבה עצמאית או יושר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מבין שידע הוא הבנה אישית ולא רק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נותן דוגמה ברורה המבחינה בין עזרה לגיטימית להעתקה מלאה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משקף מודעות לתהליך הלמידה האישי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עם סיבוב הגלגל ולבחור קלף אקראי לדיון 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לקבוצות קטנות לדיון בקלפים לפני כתיבת התשובות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להביא דוגמאות אישיות משימוש ב-AI בלמידה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על הערכה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על AI ולמידה. נתרגל להבין את השאלות ולהכין תשובה קצרה.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AI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תוכנה חכמה שיכולה לכתוב, לענות ולעזור במשימות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עובדים על משימה, לא רק התוצר הסופי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העבודה המוגמרת שמגישים בסוף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עובדות וידיעות שאפשר למצוא בקלות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הבנה עמוקה שנוצרת אצל האדם 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הטיה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נטייה לא הוגנת בתוצאה, למשל בגלל מידע חלקי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לא הוגן שמסתיר את האמת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שצריך לענות על תוצאה או טעות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מידע לידע?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מידע הוא עובדות, ידע הוא הבנה עמוקה של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הבדל, זה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מידע קיים רק בספרים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ידע אפשר למצוא רק באינטרנט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שימוש ב-AI זה לא הוגן?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כשמשתמשים בו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כשמסתירים את השימוש ומציגים את העבודה כעצמאית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כשמבקשים ממנו רעיון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כשמשתמשים בו בשיעור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בודקים תהליך למידה ולא רק תוצאה?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הציון הסופי בבוחן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מעקב אחרי השלבים, הטיוטות והשיפור לאורך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זמן לקח להדפיס את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הכתב יד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הטיה בכלי 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שגיאת כתיב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נטייה לא הוגנת בתשובות בגלל המידע שעליו הכלי התאמן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בעיה בחיבור לאינטרנט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לא נכון במסך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עדיין כדאי ללמוד לכתוב בעצמנו?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שום דבר, אין טעם ללמוד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לנסח מחשבות, לשכנע ולבטא רעיונות באופן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איך להעתיק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להדפיס מסמך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האם AI טוב או רע ללמידה?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AI תמיד מזיק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AI תמיד עוזר בלי שום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תלוי איך משתמשים בו - יכול לעזור או להחליש חשיבה עצמאית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AI לא קשור ללמידה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קלף 3 שואל מי אחראי לטעות בעבודה שנעזרה ב-AI - התלמיד, הכלי או המורה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קלפי השיח, כל שימוש ב-AI בעבודת בית הוא רמאות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קלף 6 מבקש לתאר 3 צעדים לבדיקת תשובת AI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קלף 11 עוסק בשאלה מה התלמיד היה רוצה שהמורה יעריך בעבודתו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הקלפים עוסקים רק בעתיד הטכנולוגי ולא בתהליך הלמידה האישי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קלף 12 שואל איך תיראה הערכה בבית הספר בעוד 10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שאלה ושאלת 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אם AI יכול לכתוב חיבור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איך זה משפיע עלינו?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האם ציון צריך לשקף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נסחו כלל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מתי שימוש ב-AI הוא רמאות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איפה AI עוזר ואיפה לא?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ההבדל בין מידע לידע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עדיין שווה ללמוד לכתוב?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אילו הטיות עלולות להיות בכלי AI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 רק תוצאה?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נכון - בדיקת תשובת 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את עצמכם אם התשובה הגיונית ומתאימה לשאלה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את התשובה הסופית במילים שלכם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להשוות את התשובה להבנה שלכם ולתקן אם 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התשובה שקיבלתם מה-AI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המידע נכון מול מקור אמין נוסף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מקלפי השיח (1-12) וכתבו תשובה קצרה לשאלה שבו, עם נימוק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קלף 7 - איזו מיומנות שלכם התחזקה השנה בלמידה? איך אתם יודעים?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נסחו כלל ברור: מתי שימוש ב-AI בעבודת בית הוא הוגן ומתי הוא לא (קלף 4)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קלף 12 שואל איך תיראה הערכה בבית הספר בעוד 10 שנים. כתבו פסקה קצרה המתארת את החזון שלכם, וציינו מה חשוב שיישאר גם אז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מידע לידע, לפי הדיון בכיתה?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לשימוש הוגן ב-AI ודוגמה אחת לשימוש לא הוגן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הייתם רוצים שיוערך בעבודה שלכם,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על הערכה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