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הלמידה והידע כש-AI זמין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הוגנות, אחריות ושימוש נכון בכלי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מנומקת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מידע הוא עובדות, ידע הוא הבנה עמוקה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כשמסתירים את השימוש ומציגים את העבודה כעצמאית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מעקב אחרי השלבים, הטיוטות והשיפור לאורך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השאלה שמופיעה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קלף 4 מבקש לנסח כלל - כלומר יש הבדל בין שימוש הוגן ללא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בקלף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עדיין שווה ללמוד לכתוב?)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 רק תוצאה?)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(נסחו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(איפה AI עוזר ואיפה לא?)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בדיקת תשובת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התשובה שקיבלתם מה-AI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המידע נכון מול מקור אמין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את עצמכם אם התשובה הגיונית ומתאימה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את התשובה להבנה שלכם ולתקן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 המתייחסת לאחד הקלפים, למשל נימוק לגבי כתיבה עצמאית או הוגנות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מחוברת היטב הכוללת רעיון לגבי שינוי אפשרי בהערכה וגם ערך שחשוב לשמר כמו חשיבה עצמאית או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שידע הוא הבנה אישית ולא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נותן דוגמה ברורה המבחינה בין עזרה לגיטימית להעתקה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משקף מודעות לתהליך הלמידה האישי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סיבוב הגלגל ולבחור קלף אקראי לדיון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לדיון בקלפים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אישיות משימוש ב-AI בלמידה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12 קלפי שיח שעוסקים בשאלות על AI, למידה והערכה בבית הספר. התרגילים יעזרו לכם להבין את השאלות לעומק ולהתכונן לדיון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קלף מספר 5 שואל על ההבדל בין מידע לידע. מה ההבדל העיקרי?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מידע הוא עובדות, ידע הוא הבנה עמוקה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מידע קיים רק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קלף 4, מתי שימוש ב-AI נחשב רמאות?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כשמשתמשים בו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כשמסתירים את השימוש ומציגים את העבודה כעצמאית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כשמבקשים ממנו 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קלף 2 שואל אם ציון צריך לשקף תהליך או תוצאה. מהי דוגמה להערכת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הציון הסופי בבוחן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מעקב אחרי השלבים, הטיוטות והשיפור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זמן לקח להדפיס את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קלף 3 שואל מי אחראי לטעות בעבודה שנעזרה ב-AI - התלמיד, הכלי או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קלפי השיח, כל שימוש ב-AI בעבודת בית הוא רמאות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קלף 6 מבקש לתאר 3 צעדים לבדיקת תשובת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שאלה ושאלת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אם AI יכול לכתוב חיבור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 רק תוצאה?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האם ציון צריך לשקף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איפה AI עוזר ואיפה לא?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 שימוש ב-AI הוא רמאות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עדיין שווה ללמוד לכתוב?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ההבדל בין מידע לידע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נסחו כלל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- בדיקת 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המידע נכון מול מקור אמין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עצמכם אם התשובה הגיונית ומתאימה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את התשובה להבנה שלכם ולתקן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התשובה שקיבלתם מה-AI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מקלפי השיח (1-12) וכתבו תשובה קצרה לשאלה שבו, עם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קלף 12 שואל איך תיראה הערכה בבית הספר בעוד 10 שנים. כתבו פסקה קצרה המתארת את החזון שלכם, וציינו מה חשוב שיישאר גם אז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מידע לידע, לפי הדיון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לשימוש הוגן ב-AI ודוגמה אחת לשימוש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הערכה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